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Microsoft JhengHei" w:hAnsi="Microsoft JhengHei" w:eastAsia="Microsoft JhengHei"/>
          <w:b/>
          <w:color w:val="C96F27"/>
          <w:sz w:val="44"/>
        </w:rPr>
        <w:t>星星兒室內樂團｜邀演申請表</w:t>
      </w:r>
    </w:p>
    <w:p>
      <w:pPr>
        <w:spacing w:after="160"/>
        <w:jc w:val="center"/>
      </w:pPr>
      <w:r>
        <w:rPr>
          <w:b/>
          <w:color w:val="566467"/>
          <w:sz w:val="24"/>
        </w:rPr>
        <w:t>讓一場演出，成為彼此看見的開始</w:t>
      </w:r>
    </w:p>
    <w:p>
      <w:pPr>
        <w:spacing w:after="120"/>
      </w:pPr>
      <w:r>
        <w:rPr>
          <w:b/>
        </w:rPr>
        <w:t>填寫說明｜</w:t>
      </w:r>
      <w:r>
        <w:t>為協助我們評估演出內容與提供報價，請填寫以下資料。標示「＊」為必填欄位；若已有活動流程表，可與本表一併寄送。</w:t>
      </w:r>
    </w:p>
    <w:p>
      <w:pPr>
        <w:spacing w:after="200"/>
      </w:pPr>
      <w:r>
        <w:rPr>
          <w:b/>
          <w:color w:val="C96F27"/>
        </w:rPr>
        <w:t>＊必填</w:t>
      </w:r>
      <w:r>
        <w:t xml:space="preserve">　未標示欄位可依實際情況填寫。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426"/>
            <w:shd w:fill="FFF1D8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4"/>
              </w:rPr>
              <w:t>01｜邀演單位資料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＊單位／公司名稱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統一編號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如需正式報價單請填寫：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＊聯絡人姓名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＊聯絡電話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＊Email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LINE ID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方便聯繫可填寫：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426"/>
            <w:shd w:fill="FFF1D8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4"/>
              </w:rPr>
              <w:t>02｜活動資訊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＊活動名稱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＊活動日期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 xml:space="preserve">　　　　年　　　月　　　日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＊希望演出時段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 xml:space="preserve">　　　：　　　～　　　：　　　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＊活動地點／地址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請填寫完整地址：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＊場地形式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室內　　□ 戶外　　□ 其他：____________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預估參與人數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約 __________ 人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426"/>
            <w:shd w:fill="FFF1D8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4"/>
              </w:rPr>
              <w:t>03｜演出需求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＊希望演出時間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約15分鐘　□ 約30分鐘　□ 約40分鐘　□ 約60分鐘　□ 其他：________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＊活動性質／流程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請簡要說明：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希望曲目類型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請填寫（如無特別需求可寫「由樂團安排」）：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指定曲目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無　□ 有，曲名：________________________________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樂團介紹／互動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需要　□ 不需要　□ 再討論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合照安排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有　□ 無　□ 再討論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426"/>
            <w:shd w:fill="FFF1D8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4"/>
              </w:rPr>
              <w:t>04｜場地與設備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舞台／演出空間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尺寸或空間說明：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＊音響／音控設備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有　□ 無　□ 不確定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麥克風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有　□ 無　　數量：________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電源設備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有　□ 無　□ 不確定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停車空間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有　□ 無　　車輛／停車說明：____________________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器材上下車動線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請簡要說明：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426"/>
            <w:shd w:fill="FFF1D8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4"/>
              </w:rPr>
              <w:t>05｜報價與其他需求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C96F27"/>
                <w:sz w:val="21"/>
              </w:rPr>
              <w:t>＊正式報價單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□ 需要　□ 不需要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報價抬頭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請填寫：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color w:val="566467"/>
                <w:sz w:val="21"/>
              </w:rPr>
              <w:t>其他需求</w:t>
            </w:r>
          </w:p>
        </w:tc>
        <w:tc>
          <w:tcPr>
            <w:tcW w:type="dxa" w:w="7087"/>
            <w:vAlign w:val="center"/>
          </w:tcPr>
          <w:p>
            <w:pPr>
              <w:spacing w:after="100" w:before="100"/>
            </w:pPr>
            <w:r/>
            <w:r>
              <w:rPr>
                <w:rFonts w:ascii="Microsoft JhengHei" w:hAnsi="Microsoft JhengHei" w:eastAsia="Microsoft JhengHei"/>
                <w:b w:val="0"/>
                <w:color w:val="788284"/>
                <w:sz w:val="21"/>
              </w:rPr>
              <w:t>請填寫：</w:t>
              <w:br/>
              <w:br/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607B77"/>
          </w:tcPr>
          <w:p>
            <w:pPr>
              <w:spacing w:before="160" w:after="160"/>
              <w:jc w:val="center"/>
            </w:pPr>
            <w:r/>
            <w:r>
              <w:rPr>
                <w:b/>
                <w:color w:val="FFFFFF"/>
                <w:sz w:val="26"/>
              </w:rPr>
              <w:t>填寫完成後，請將本表寄回基金會</w:t>
              <w:br/>
            </w:r>
            <w:r>
              <w:rPr>
                <w:b/>
                <w:color w:val="FFFFFF"/>
                <w:sz w:val="22"/>
              </w:rPr>
              <w:t>邀演聯絡人｜公共事務專員 宋小姐</w:t>
              <w:br/>
            </w:r>
            <w:r>
              <w:rPr>
                <w:color w:val="FFFFFF"/>
                <w:sz w:val="21"/>
              </w:rPr>
              <w:t>電話｜07-2165278 分機22　　Email｜autism.starlet@gmail.com</w:t>
              <w:br/>
              <w:t>LINE@｜@starfamily</w:t>
            </w:r>
          </w:p>
        </w:tc>
      </w:tr>
    </w:tbl>
    <w:p>
      <w:pPr>
        <w:spacing w:before="120"/>
        <w:jc w:val="center"/>
      </w:pPr>
      <w:r>
        <w:rPr>
          <w:color w:val="828C8E"/>
          <w:sz w:val="18"/>
        </w:rPr>
        <w:t>財團法人高雄市私立星星兒社會福利基金會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